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משוב עמיתים לטיעון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הקריטריונים למשוב איכותי על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מתן מחמאה מדויקת והצעה לשיפור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מרכיבי הטיעון הטוב: טענה, נימוק, ביסוס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מהו משוב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להציג בבירור את העמדה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לתת דוגמה, הוכחה או הסבר לנימוק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חזרה על הטענה והמלצה מעשית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"אהבתי שהשתמשת בדוגמה ברורה לנימוק"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כהגדרה למשוב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גם מחמאה וגם הצעה לשיפור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ביסוס הוא קריטריון חשוב בטיעון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חייבים לקרוא כדי לתת משוב 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קריטריונים למשוב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(אפשר לדעת מה העמדה כבר בפתיחה)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(לפחות שני נימוקים הקשורים לטענה)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(דוגמה, הוכחה או הסבר לכל 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(הטענה חוזרת ויש המלצה מעשית)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(שימוש במילים מתאימות לכל תפקיד)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(כל רעיון בפסקה נפרדת, כתיב ופיסוק נכונים)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השלמה - פתיחים למשוב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אהבתי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להוסיף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ביסוס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מתן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הטיעון של החבר או החברה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יש טענה ברורה בפתיחה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יש נימוקים וביסוס לכל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מסמנים כוכבים לכל קריטריון בטופס המשוב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מחמאה מדויקת אחת והצעה אחת לשיפור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משוב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ציון כוכבים לכל שישה הקריטריונים, מחמאה המתייחסת לדבר קונקרטי בטיעון, הצעה מעשית אחת לשיפור ושאלה מכבדת לכותב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הוא סיבה, ביסוס הוא דוגמה או הסבר שתומך בנימוק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מחמאה מדויקת מתייחסת לפרט ספציפי בטיעון ולא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משוב מכבד עוזר לכותב להשתפר בלי להיפגע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בזוגות: כל תלמיד קורא טיעון של חבר ומסמן כוכבים לפי הקריטריונים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לדגם משוב אחד מלא בכיתה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להתמקד בשלושה קריטריונים עיקריים בלבד: טענה, נימוק ומחמאה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משוב עמיתים לטיעון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כשקוראים טיעון של חבר או חברה, חשוב לתת משוב מדויק, מכבד ומועיל. בדף הזה נתרגל איך בודקים כל חלק בטיעון ואיך כותבים מחמאה והצעה לשיפור.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מהו משוב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תפקידה של הטענה בפתיחת הטיעון?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להציג בבירור את העמדה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לסכם את הנימוקים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להוסיף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נימוקים לפחות צריך שיהיו בטיעון טוב,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הביסוס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לחזור על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דוגמה, הוכחה או הסבר לנימוק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להוסיף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כולל חלק הסיכום בטיעון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 חדשה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הטענה והמלצה מעשית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לכותב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מהבאות היא דוגמה למחמאה מדויקת במשוב?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"זה היה בסדר"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"אהבתי שהשתמשת בדוגמה ברורה לנימוק"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"לא הבנתי כלום"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"תשנה הכל"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טוב צריך להיות מדויק, מכבד ומועיל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מספיק לכתוב מחמאה בלי הצעה לשיפור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נימוק צריך להיות ביסוס כמו דוגמה או הסבר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משוב בלי לקרוא את הטיעון של החבר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קריטריונים למשוב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 ברורה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רעיון בפסקה נפרדת, כתיב ופיסוק נכונים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נימוקים רלוונטיים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הטענה חוזרת ויש המלצה מעשית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שימוש במילים מתאימות לכל תפקיד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סיכום והמלצה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לפחות שני נימוקים הקשורים לטענה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מילות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דוגמה, הוכחה או הסבר לכל 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לשון ופסקאות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אפשר לדעת מה העמדה כבר בפתיחה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השלמה - פתיחים למשוב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שהשתמשת בדוגמה משכנעת בטיעון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הנימוק הכי __________ בעיניי היה הנימוק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כדאי __________ דוגמה נוספת לנימוק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אולי אפשר להשתמש במילה "לכן" __________ המילה "אז"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לכל נימוק צריך __________ כמו דוגמה או הסבר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 מתן 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כוכבים לכל קריטריון בטופס המשוב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מחמאה מדויקת אחת והצעה אחת לשיפור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טענה ברורה בפתיחה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הטיעון של החבר או החברה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נימוקים וביסוס לכל נימוק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משוב 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משוב מלא לטיעון של חבר או חברה: סמנו כוכבים לכל קריטריון, כתבו מחמאה מדויקת אחת, הצעה אחת לשיפור ושאלה לכותב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נימוק לביסוס?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למחמאה מדויקת על טיעון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שמשוב יהיה מכבד ולא רק ביקורתי?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משוב עמיתים לטיעון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