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למשוב איכותי על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מחמאה מדויקת והצעה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הטיעון הטוב: טענה, נימוק, ביסוס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בבירור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לתת דוגמה, הוכחה או הסבר לנימוק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חזרה על הטענה והמלצה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"אהבתי שהשתמשת בדוגמה ברורה לנימוק"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כהגדרה למשוב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גם מחמאה וגם הצעה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ביסוס הוא קריטריון חשוב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חייבים לקרוא כדי לתת משוב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קריטריונים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(אפשר לדעת מה העמדה כבר בפתיחה)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(לפחות שני נימוקים הקשורים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(דוגמה, הוכחה או הסבר לכל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(הטענה חוזרת ויש המלצה מעשית)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(שימוש במילים מתאימות לכל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(כל רעיון בפסקה נפרדת, כתיב ופיסוק נכונים)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השלמה - פתיחים למשוב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אהבתי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מתן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הטיעון של החבר או החברה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טענה ברורה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יש נימוקים וביסוס לכל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מסמנים כוכבים לכל קריטריון בטופס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מחמאה מדויקת אחת והצעה אחת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משוב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ציון כוכבים לכל שישה הקריטריונים, מחמאה המתייחסת לדבר קונקרטי בטיעון, הצעה מעשית אחת לשיפור ושאלה מכבדת לכותב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סיבה, ביסוס הוא דוגמה או הסבר שתומך בנימוק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מדויקת מתייחסת לפרט ספציפי בטיעון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מכבד עוזר לכותב להשתפר בלי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בזוגות: כל תלמיד קורא טיעון של חבר ומסמן כוכבים לפי הקריטריונים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משוב אחד מלא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בשלושה קריטריונים עיקריים בלבד: טענה, נימוק ומחמאה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עמיתים לטיעון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כשחבר כותב טיעון, אנחנו קוראים וכותבים לו משוב. המשוב צריך להיות נחמד ומדויק.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כשתלמיד קורא את העבודה של חבר וכותב לו הערות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שאומר מה העמדה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שתומכת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הוכחה או הסבר לנימוק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רעיונות כמו לכן, אולם, למשל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מחמאה מדויקת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בדיוק מה היה טוב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הצעה לשיפור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קטן שיכול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והמלצה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הטענה עם המלצה מעשית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מהו משוב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בהתחלה של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בבירור את העמדה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סיבות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ביסוס?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דוגמה, הוכחה או הסבר לנימוק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בסוף הטיעון?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הטענה והמלצה מעשית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לכותב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מחמאה היא הכי מדויקת?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היה בסדר"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"אהבתי שהשתמשת בדוגמה ברורה לנימוק"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"לא הבנתי כלום"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"תשנה הכל"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צריך להיות מדויק, מכבד ומועיל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לכתוב מחמאה בלי הצעה לשיפור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נימוק צריך להיות ביסוס כמו דוגמה או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משוב בלי לקרוא את הטיעון של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קריטריונים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 ברורה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שימוש במילים מתאימות לכל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נימוקים רלוונטיים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רעיון בפסקה נפרדת, כתיב ופיסוק נכונים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לפחות שני נימוקים הקשורים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 והמלצה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דוגמה, הוכחה או הסבר לכל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הטענה חוזרת ויש המלצה מעשית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לשון ופסקאות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אפשר לדעת מה העמדה כבר בפתיחה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השלמה - פתיחים למשוב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שהשתמשת בדוגמה משכנעת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הנימוק הכי __________ בעיניי היה הנימוק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__________ דוגמה נוספת לנימוק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אפשר להשתמש במילה "לכן" __________ המילה "אז"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נימוק צריך __________ כמו דוגמה או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מתן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נימוקים וביסוס לכל 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הטיעון של החבר או החברה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טענה ברורה בפתיחה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מחמאה מדויקת אחת והצעה אחת לשיפור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כוכבים לכל קריטריון בטופס המשוב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משוב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משוב מלא לטיעון של חבר או חברה: סמנו כוכבים לכל קריטריון, כתבו מחמאה מדויקת אחת, הצעה אחת לשיפור ושאלה לכותב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למחמאה מדויקת על 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שמשוב יהיה מכבד ולא רק ביקורתי?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עמיתים לטיעון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