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משוב עמיתים לטיעון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הקריטריונים למשוב איכותי על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מתן מחמאה מדויקת והצעה לשיפור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מרכיבי הטיעון הטוב: טענה, נימוק, ביסוס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מהו משוב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להציג בבירור את העמדה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נימוקים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כהגדרה למשוב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גם מחמאה וגם הצעה לשיפור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קריטריונים למשוב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(אפשר לדעת מה העמדה כבר בפתיחה)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(לפחות שני נימוקים הקשורים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(הטענה חוזרת ויש המלצה מעשית)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(שימוש במילים מתאימות לכל תפקיד)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השלמה - פתיחים למשוב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אהבתי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משכנע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מתן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הטיעון של החבר או החברה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יש טענה ברורה בפתיחה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יש נימוקים וביסוס לכל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מסמנים כוכבים לכל קריטריון בטופס המשוב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משוב 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הוא סיבה, ביסוס הוא דוגמה או הסבר שתומך בנימוק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מחמאה מדויקת מתייחסת לפרט ספציפי בטיעון ולא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משוב מכבד עוזר לכותב להשתפר בלי להיפגע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בזוגות: כל תלמיד קורא טיעון של חבר ומסמן כוכבים לפי הקריטריונים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לדגם משוב אחד מלא בכיתה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להתמקד בשלושה קריטריונים עיקריים בלבד: טענה, נימוק ומחמאה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משוב עמיתים לטיעון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כשקוראים טיעון של חבר או חברה, חשוב לתת משוב מדויק, מכבד ומועיל. בדף הזה נתרגל איך בודקים כל חלק בטיעון ואיך כותבים מחמאה והצעה לשיפור.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אהבתי  ·  משכנע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מהו משוב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תפקידה של הטענה בפתיחת הטיעון?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לספר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להציג בבירור את העמדה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לסכם את הנימוקים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נימוקים לפחות צריך שיהיו בטיעון טוב,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נימוק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 נימוקים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משוב טוב צריך להיות מדויק, מכבד ומועיל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מספיק לכתוב מחמאה בלי הצעה לשיפור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- קריטריונים למשוב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 ברורה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לפחות שני נימוקים הקשורים לטענה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נימוקים רלוונטיים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שימוש במילים מתאימות לכל תפקיד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סיכום והמלצה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אפשר לדעת מה העמדה כבר בפתיחה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מילות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הטענה חוזרת ויש המלצה מעשית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השלמה - פתיחים למשוב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שהשתמשת בדוגמה משכנעת בטיעון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הנימוק הכי __________ בעיניי היה הנימוק השני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שלבי מתן 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יש נימוקים וביסוס לכל נימוק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מסמנים כוכבים לכל קריטריון בטופס המשוב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יש טענה ברורה בפתיחה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הטיעון של החבר או החברה בעיון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משוב 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נימוק לביסוס?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למחמאה מדויקת על טיעון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משוב עמיתים לטיעון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